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stabilité de certains systèmes thermo-élastiques de types poreux et de Bresse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Saci; Marwa/ Djebabl, AAbdElhak/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fonctionnelle de lyapunov/ Stabilité exponentielle/ système poreux-élastique/ </w:t>
            </w:r>
          </w:p>
        </w:tc>
      </w:tr>
    </w:tbl>
    <w:p>
      <w:pPr>
        <w:pStyle w:val="Heading3"/>
      </w:pPr>
      <w:r>
        <w:t>Résumé :</w:t>
      </w:r>
    </w:p>
    <w:p>
      <w:r>
        <w:t>Dans cette thèse, on s'intéresse à l'étude de quelques systèmes d'équations aux dérivées partielles couplées. Plus précisément, on recherche l'existence et l'unicité des solutions de certains systèmes thermo-élastiques de types poreux et de Bresse, Ainsi que la stabilité exponentielle et la stabilité générale des solutions sont considérées en utilisant la méthode des multiplicateurs. Cette méthode s'appuie sur la construction d'une fonctionnelle équivalente à celle de l'énergie appelée : la fonctionnelle de Lyapunov184147-49/22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