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reconnaissance des Activitéshumaines à partir des séquencesvidéo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Ladjailia; Ammar/ Bouchrika, Imed/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.-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Descripteurdemouvement/ Reconnaissance des actions humaine/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principal de cette thèse est la reconnaissance et l'analyse auto- matiquesdesactivitéshumainesàpartirdeséquencesvidéoafindedéterminer quelles sont les activités humaines qui se produisent. Ce domaine s'impose récem- mentcommeunthèmederecherchefondamentaledansledomainedelavision parordinateuretl'apprentissageautomatique.Ceproblèmeestparticulièrementdifficileenraisond'énormesvariationsdanslesaspectsvisuelsetdemouvementespersonnesetdesactions,leschangementsdepointdevue,lefondmobile,des occlusions,laprésencedebruits,ainsiquel'énormequantitédedonnéesvidéo.Denombreusesapplicationssontliéesàcedomainetellesquelasécurité,lasantéet lesport,ainsiquelesvoituresautonome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