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l'irrigation sur la qualite des eaux souterraines cas du perimetre irrigue  guelma bouchegouf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Mounira/ Benhamza, Moussa/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eaux souterraines/ Irrigation/ Bouchegouf/ périmètre irrigué guelma/ </w:t>
            </w:r>
          </w:p>
        </w:tc>
      </w:tr>
    </w:tbl>
    <w:p>
      <w:pPr>
        <w:pStyle w:val="Heading3"/>
      </w:pPr>
      <w:r>
        <w:t>Résumé :</w:t>
      </w:r>
    </w:p>
    <w:p>
      <w:r>
        <w:t xml:space="preserve">S'étendant sur environ 80 km d'est en ouest, le périmètre irrigué guelma-bouchegouf est situé au nord-est de l'algérie. il s'étend sur les deux rives de l'oued seybouse et il est composé en cinq unités indépendantes. il est considéré comme un centre agricole très important et  très réputé au niveau national depuis sa mise en exploitation en 1996. </w:t>
        <w:br/>
        <w:br/>
        <w:t>la présente étude est réalisée en corrélation avec l'exploitation du périmètre irrigué, à travers le suivi spatio-temporel de plusieurs paramètres physico-chimiques, organique et métalliques. a cet effet deux  campagnes de prélèvements d'échantillons d'eau et de sédiments ont été réalisés dans la zone d'étude.  la première a été réalisée au niveau de  quatorze (14) puits peu profonds pendant la période des basses eaux (octobre 2017), la deuxième  en novembre 2018 au niveau de six (06) points de prélèvements dans les sédiments, qui a consisté à prélever le sol de la couche de 0 à 60 cm de profondeur.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