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d'un arc de frontiere dans un probleme aux limites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helifa; Imène/ Chorfi, Lahcène/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green/ inverse géométrique/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sur l'étude du problème inverse d'identification d'une portion de frontière  °  d'une bande (localement perturbée)  ­, de frontière @­=?0 ? ?1, à partir des données de Cauchy sur ?0  d'une fonction harmonique u dans ­. Cela conduit à l'étude d'un problème direct (de Dirichlet) dans H1(­).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