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la viscosité des liquides sur les performances des pompes centrifuges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Bousba; Issam/ Hadjadj, Aoul elias/ Université Badji Mokhtar/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pompe centrifuge/ viscosite/ performances des pompes centrifuges/ </w:t>
            </w:r>
          </w:p>
        </w:tc>
      </w:tr>
    </w:tbl>
    <w:p>
      <w:pPr>
        <w:pStyle w:val="Heading3"/>
      </w:pPr>
      <w:r>
        <w:t>Résumé :</w:t>
      </w:r>
    </w:p>
    <w:p>
      <w:r>
        <w:t>L'objectif principal dans le travail présenté dans cette thèse est la prédiction des performances d'une pompe centrifuge en fonction de la viscosité des liquides, en  utilisant les méthodes statistiques des plans d'expériences. les méthodes (taguchi et factoriel) ont été utilisées pour déduire les équations de prédictions des courbes de performances d'une pompe centrifuge au pompage de l'eau et huile teska, en utilisant comme référence les résultats expérimentaux d'une pompe testée.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