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Optimisation de Système de Transmission de Données à Haut Débit en Télécommunication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Boudjema; Souhila/ Saouchi, Kaddour/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modulateurs numérique/ télécommunications/ modulateur d'amplitude et de phase/ transmission de données/ </w:t>
            </w:r>
          </w:p>
        </w:tc>
      </w:tr>
    </w:tbl>
    <w:p>
      <w:pPr>
        <w:pStyle w:val="Heading3"/>
      </w:pPr>
      <w:r>
        <w:t>Résumé :</w:t>
      </w:r>
    </w:p>
    <w:p>
      <w:r>
        <w:t xml:space="preserve">L'objectif de ce travail est l'étude et la simulation des modulateurs numériques destinés aux télécommunications. Nous nous sommes concentrés sur les défis engendrés par les modulateurs numériques en développant le modulateur à haut débit d'amplitude et de phase (QAM)  dont on propose des méthodes plus simples  qui accélèrent mieux les vitesses de traitement qu'avec celles déjà existantes. Donc par cette étude, le but principal  est de trouver la meilleure transmission de données ainsi que le débit optimal.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