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 matériaux à base de chalcogènes (Se,S) destinés à la conversion photovoltaïque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Segmane; Nour El Houda/ A mara, Abdelaziz/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mince/  poudres broyées/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est basé sur la synthèse et la caractérisation des matériaux semiconducteurs à base des éléments chalcogénures (S,Se). Les composés que nous avons choisis sont : CuIn3Se5, SnSb2S4, dans le but de les utiliser comme des couches absorbantes dans les cellules solaires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