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stabilite des poutres non lin?aires et des poutres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Hachelfi; Mouna/ Djebabla, Abdelhak/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poutres vibrantes/ système de Timoshenko/ effet thermal/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on s'intéresse à l'étude de la stabilisation de la poutre de Timoshenko; cette théorie constitue en fait, une amélioration de la théorie d'Euler Bernoulli, parce qu'elle tient compte du cisaillement et des effets d'inertie de rotation183658-60/21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