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deux herbicides systemiques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Djebar, Mouhmed Reda/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herbicide/ blé , systéme antioxydant  ./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cette contribution est d'étudier les effets des différentes concentration de deux herbicides systémique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