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decomposition des polyn?mes orthogonaux.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Faghmous; Chadia/ Bouras, Mohammed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2-orthogonaux/ matrice de Jacobi/ transformée de Darboux/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 nous nous intéressons d'une part à la décomposition quadratique d'une suite de polynômes 2-orthogonaux normalisée et sa caractérisation, d'autre part on présente une nouvelle interprétation des transformations de Darboux dans le contexte des polynômes 2-orthogonaux où on a introduit également les factorisations LU et UL de la matrice de Jacobi J associée à une fonctionnelle linéaire quasi-défini ? définie sur l'espace linéaire des polynômes avec des coefficients réels, ainsi que les transformées de Darboux sans paramètres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