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Hydrobiologie et ichtyologie de quelues écosystémes aquatiques du sahara septentrional algérien (algérie nord _est)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Gouasmia; Ghouzala/ Amarouayche, Mounia/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sahara/ physicochimie/ lacs salés/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traviail Le présent traviail est une cont à dobiologique et ichtyolgique de 4 lacs sales permonents dearégion d' dobiologique et ichtyolgique de 4 lacs sales permonents de la région d'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