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geologique et geostatistique des petits gisements et indices ferriferes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Alimat- halimi; Fahima/ Mezghache, Hamid/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karst/ gisement de fer/ duplex/ estimation géostatistique/ </w:t>
            </w:r>
          </w:p>
        </w:tc>
      </w:tr>
    </w:tbl>
    <w:p>
      <w:pPr>
        <w:pStyle w:val="Heading3"/>
      </w:pPr>
      <w:r>
        <w:t>Résumé :</w:t>
      </w:r>
    </w:p>
    <w:p>
      <w:r>
        <w:t>Les études géologiques et géostatistiques ont porté sur trois petits gisements de fer situés dans le ne algérien. cependant, seul le gisement d'anini et châabet el ballout on fait l'objet d'estimation de ressources.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