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d'un Alliage Ferro-TiC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Lahouel; Ali/ Universite badj mokhtar/ Assala, Omar/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propriétés/ frittage/ Forgeage/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d'élaborer un composite Fe-TiC par une nouvelle et simple méthode de fabrication. Cette dernière est basée sur deux processus cumulatifs ; le frittage conventionnel et le forgeage à chaud avec un marteau-pilon respectivement. La matrice des échantillons étudiés est variée de l'acier au carbone à l'acier fortement allié en utilisant des poudres d'alliage.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