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Stabilite d'un systeme thermo-elastique poreux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Ghennam; Karima/ Djebabla, Abdelhak/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Thermoélasticité type III/ Poreux-/ Timoshenko/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thèse, nous nous intéressons à l'étude de la stabilisation de certains systèmes  thermo-élastiques unidimensionnels, le premier est un système formé de deux équations hyperboliques couplées à deux équations paraboliques impliquant la température et la micro-température. Ce système apparaît en thermo-élasticité poreuse.</w:t>
        <w:br/>
        <w:br/>
        <w:t xml:space="preserve">Le deuxième est un système poreux thermo-visco-élastique, où la conduction thermique est donnée par la théorie de Green et Naghdi appelé type III.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