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Polynomes polaires et gradient conjugue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Boumedienne; Amina/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algorithme/ Optimisation sans contraintes/ Recheche linéaire inexacte/ Règled.Armijo/ Règlede Wolfe(forteetfaible)/ rechechelinéaireexacte/ convergenceglobale/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on propose un nouveau algorithme qu'on a appelé : Conjugate gradient Boumediene Benzine Belloufi et noté CGBBB. On démontre la convergence globale et on prouve qu' il est numériquement performant. Pour arriver à ce but, on utilise une recherche linéaire exacte.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