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Approche fiabiliste dans l'analyse du comportement des matériaux à la rupture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Daoud; Lotfi/ Amirat, Abdelaziz/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fiabilité/ dureté vickers/ Essai de traction/ ténacité (kic)/ triaxialité des contraintes/ 'ief model'/ 'franc2d'/ 'PHIMECA-SOFT'/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travail ci-présent est une contribution à utiliser une approche fiabiliste dans l'analyse du comportement des matériaux à la rupture. L'approche est basée sur la méthode de dérivation de 'BRIDGMAN' pour déterminer (KIC) des tôles d'acier galvanisées. 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