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Stockage de l'énergie par batterie d'une installation photovoltaïque appliquée à un pompage solaire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Necaibia; Salah/ Kelaiaia, Samira/ </w:t>
            </w:r>
          </w:p>
        </w:tc>
      </w:tr>
      <w:tr>
        <w:trPr>
          <w:trHeight w:val="567"/>
        </w:trPr>
        <w:tc>
          <w:tcPr>
            <w:tcW w:type="dxa" w:w="3000"/>
          </w:tcPr>
          <w:p>
            <w:r>
              <w:t>Nombre de Pages</w:t>
            </w:r>
          </w:p>
        </w:tc>
        <w:tc>
          <w:tcPr>
            <w:tcW w:type="dxa" w:w="7000"/>
          </w:tcPr>
          <w:p>
            <w:r>
              <w:t>122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francais,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mppt/ solar energy storage/ photovoltaic panel/ dc-dc converter/ solar pumping system/ </w:t>
            </w:r>
          </w:p>
        </w:tc>
      </w:tr>
    </w:tbl>
    <w:p>
      <w:pPr>
        <w:pStyle w:val="Heading3"/>
      </w:pPr>
      <w:r>
        <w:t>Résumé :</w:t>
      </w:r>
    </w:p>
    <w:p>
      <w:r>
        <w:t>PV pumping system is widely used application in the isolated area to ensure the supply of water in order to meet irrigation and drinking needs, this system includes by three main parts; The PV module, DC/DC boost convert with MPPT, and the DC motor and a centrifugal pump. This thesis suggested an implementation of modified methods P\&amp;O and IncCond that can mitigate the main drawbacks commonly related to their conventional methods, such as its reliability and accuracy in tracking the maximum power. Experimental results for a DC/DC boost converter controlled with a low cost microcontroller PIC16877A are presented to validate the analysis and verify the performance of the proposed MPPT control. The results of the proposed approaches show higher MPPT efficiencies and shorter convergence times than the conventional approaches even in rapidly changing conditions of solar radiation.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