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et essai de reconstitution de quelques milieux humides tourbeux de la Numidie Occidentale (complexe de Guerbès-Senhadja) au cours de l’Holocène récent et implication pour la conservation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Ghit; Karima/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numidie/ paléoécologie/ complexe de zone humides guerbès-senhadja/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Guerbès-Senhadja) au cours de l’Holocène récent et implication pour la conservation : cas de l’Aulnaie Bouchagora et de l’Eriçaie/prairie humide Sidi Freitis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