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pollinique et sédimentologique des dépressions humides du Nord-Est algérien.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Kahit; Fatima Zahra/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ain Khiar/ complexe humide El kala, histoire de végétation/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retracer l'histoire de la végétation locale et régionale dans l'aulnaie tourbeuse d'ain-khiar, complexe humide d'el-kala (nord-est algérien).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