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asymétrique de molécules biologiquement actives et étude théorique du mécanisme et de la sélèctivité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Hellel; Djamila/ Djerourou, Abdelhafid/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mécanisme/ sélectivité/ Isoxazolidine/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basé sur la synthèse de nouveaux dérivés isoxazolidiniques par la réaction de cycloaddition 1,3-dipolaire entre la C-phényl-N-méthylnitrone et une série des alcènes. Les résultats expérimentaux montrent que ces réactions présentent une régiosélectivité complète et une stéréosélectivité élevée. On a également effectuée une étude théorique pour expliquer et comprendre la réactivité et la sélectivité observées expérimentalement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