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equations differentielles et aux derivees partielles avec des deriveestemporelles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Sari; Radia/ Universit badji mokhtar/ Nisse,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principe du maximum/ Dérivée fractionnaire de Caputo/ équation aux dérivées partielles fractionnai/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l'étude des équations aux dérivées partielles fractionnaires et des systèmes différentiels non linéaires fractionnaires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