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Stéganalyse Universelle des Images JPEG Basée sur les Statistiques d'ordre Supérieur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Laimeche; Lakhdar/ Unversite badji mokhtar/ Hayet, Farida Merouani/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,anglais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Stéganographie/ Loi de Zipf/ stéganalyse/ transformée en ondelettes/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présenté dans ce manuscrit se situe dans le domaine de l'analyse stéganographique des images, plus précisément la détection des informations cachées dans les images numérique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