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Recommandation de collaborateurs pertinents dans un environnement d' apprentissage collaboratif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Mehenaoui; Zohra/ Lafifi, Yacine/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système de recommandation/ apprentissage collaboratif assisté par ordinateur/ collaborateur pertinent/ </w:t>
            </w:r>
          </w:p>
        </w:tc>
      </w:tr>
    </w:tbl>
    <w:p>
      <w:pPr>
        <w:pStyle w:val="Heading3"/>
      </w:pPr>
      <w:r>
        <w:t>Résumé :</w:t>
      </w:r>
    </w:p>
    <w:p>
      <w:r>
        <w:t xml:space="preserve">Dans les environnements d'apprentissage collaboratif, les apprenants travaillent ensemble pour atteindre des objectifs de différents types. Dans ces environnements, les apprenants travaillent, produisent et apprennent les uns des autres en collaborant. Par conséquent, trouver le bon collaborateur durant le processus d'apprentissage est critique pour avoir une collaboration bénéfique qui favorise le partage des connaissances et d'expériences.De ce fait, ce travail vise à répondre à cette problématique de recherche en proposant une nouvelle approche de recommandation de collaborateurs pertinents dans un environnement d'apprentissage collaboratif.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