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 -fonctionnelles exponentielles et les g- equations differentielles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hacene; Chalabi/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g- espérance/ g- mouvement brownien/ shéma d' approximation de caratheodory/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nous démonterons l'existence et l'unicité de la solution d'un système d'équations différentielles stochastiques gouvernées par un G-mouvement Brownien en utilisant le schéma d'approximation de Caratheodory.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