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 couches minces de dioxyde detitane par procédé sol-gel pour des applications en photonique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Mohamed/ Touam, Tahar/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sol gel/ couches minces de tio2/ spectroscopie m lines/ guides d'ondes/ </w:t>
            </w:r>
          </w:p>
        </w:tc>
      </w:tr>
    </w:tbl>
    <w:p>
      <w:pPr>
        <w:pStyle w:val="Heading3"/>
      </w:pPr>
      <w:r>
        <w:t>Résumé :</w:t>
      </w:r>
    </w:p>
    <w:p>
      <w:r>
        <w:t xml:space="preserve">Dans ce travail, des couches minces de dioxyde de titane (TiO2) amorphes et cristallisées sous la phase anatase et ayant des propriétés prometteuses pour des applications en photonique ont été synthétisées par le procédé sol-gel. Le tétraisopropoxyde de titane (TTIP) a été dilué dans de l'éthanol puis hydrolysé par un mélange eau/éthanol avec un taux d'hydrolyse contrôlé. Le sol résultant a été déposé par la méthode du trempage-retrait "dip-coating" sur des substrats en verre avec différentes vitesses de retrait.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