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Well- posedness of a third order partial differential equation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Belakroum; Kheireddine/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bien posé, problème aux limites,  equations aux dérivés partielles d'ordre trois/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Plusieurs méthodes sont apparus pour l'étude des problèmes aux limites du troisième ordre, ilspeuvent être résolues analytiquement par  des méthodes classiques à savoir les séries de Fourier, la transformée de Laplace ainsi quela transformée de Fourier.Des résultats sont présentés dans le cas où l'équation différentielle est à coefficients constants.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