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Valorisation et renforcement des betons bitumineux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Bordjiba; Abdelhak/ Hacene chaouche, Abdelmadjid/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recyclage/ enrobé/ additive/ orniérage/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Sous l' action de la circulation, La dégradation de la chaussée se produit rapidement, ce qui conduit à des altérations graves qui se reflètent sur les couches de roulements: (orniérage, craquage, rejet de substances, polissage et extraction des granulats sur la surface). Cette situation comporte souvent la rénovation des couches de roulement.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