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équations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Bousbiat; Lilia/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solution périodique/ méthode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d'étudier les solutions périodiques de certains systèmes différentiels polynômiaux en utilisant la méthode de moyennisation du premier ordre. Cette étude est illustrée par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