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 existence globale de la solution d' un système de réaction- diffusion avec matrice de diffusion pleine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Mebarki; Maroua/ Moumni,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existence globale/ système réaction diffusion/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thèse est de prouver l'existence globale dans le temps des solutions pour le système de réaction-diffusion fortement couplé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