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modèles de durées de vie à temps accéléré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Aidi; Khaoula/ Seddik Ameur,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survie/ données censurées/ modèle généralisé exponentiel exponentié/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modèles aft ou modèles à temps de vie accéléré sont des modèles où les fonctions d'intérêt sont fonctions de variables dites explicatives représentant les différents facteurs de stress. Ces modèles consistent à réduire ou à augmenter les durées de vie des produits par l'accélération ou la décélération des dégradations provoquant les défaillances dans le but d'obtenir des résultats dans des délais courts.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