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qualitative des solutions de certains systemes en reaction-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Safia/ Nisse,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paraboliques/ solutions positives/ ensembles invariants/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Malgré  la complexité de certaines équations aux dérivées partielles semi-linéaires de type parabolique, en raison de leur importance dans l'étude des phénomènes chimiques, biologiques... (qui ne sont pas faciles à  traiter), de nombreux travaux de recherche ont  été consacrés  à ce type de problèmes. Lorsque les outils analytiques échouent dans l'étude de ces problèmes, en particulier dans le cas des systèmes de réaction-diffusion, les chercheurs ont eu recours, durant ces dernières années  à des méthodes de nature géométriques (régions invariantes) pour trouver des solutions (globales et positives) et étudier leur comportement.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