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Régularisation et approximation numérique de quelque broblèmes mal posés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Neggal; Bilel/ Rebbani, Faouzia/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equations intégrale de fredholm de première espèce/ régularisation de tikhonov/ </w:t>
            </w:r>
          </w:p>
        </w:tc>
      </w:tr>
    </w:tbl>
    <w:p>
      <w:pPr>
        <w:pStyle w:val="Heading3"/>
      </w:pPr>
      <w:r>
        <w:t>Résumé :</w:t>
      </w:r>
    </w:p>
    <w:p>
      <w:r>
        <w:t xml:space="preserve">Dans cette thèse, on développe deux approches d'approximation numérique pour une classe d'équations intégrales de Fredholm de première espèce. La stratégie adoptée repose essentiellement sur la régularisation de Tikhonov et les projections orthogonale. On donne le cadre théorique qui montre la convergence de ces approches, ainsi que  une série d'expérimentation numérique justifiant les résultats théoriques obtenus et aussi l'exactitude des solutions approchée.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