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Optimisation de la gestion de l'énergie photovoltaïque utilisée dans une zone agricole.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Saad Saoud; Merwan/ Abbassi, Hadj Ahmed/ </w:t>
            </w:r>
          </w:p>
        </w:tc>
      </w:tr>
      <w:tr>
        <w:trPr>
          <w:trHeight w:val="567"/>
        </w:trPr>
        <w:tc>
          <w:tcPr>
            <w:tcW w:type="dxa" w:w="3000"/>
          </w:tcPr>
          <w:p>
            <w:r>
              <w:t>Nombre de Pages</w:t>
            </w:r>
          </w:p>
        </w:tc>
        <w:tc>
          <w:tcPr>
            <w:tcW w:type="dxa" w:w="7000"/>
          </w:tcPr>
          <w:p>
            <w:r>
              <w:t>116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francais, englais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2017</w:t>
            </w:r>
          </w:p>
        </w:tc>
      </w:tr>
      <w:tr>
        <w:trPr>
          <w:trHeight w:val="567"/>
        </w:trPr>
        <w:tc>
          <w:tcPr>
            <w:tcW w:type="dxa" w:w="3000"/>
          </w:tcPr>
          <w:p>
            <w:r>
              <w:t>Sujet(s)</w:t>
            </w:r>
          </w:p>
        </w:tc>
        <w:tc>
          <w:tcPr>
            <w:tcW w:type="dxa" w:w="7000"/>
          </w:tcPr>
          <w:p>
            <w:r>
              <w:t xml:space="preserve"> incrémentation de la conductibilité/ mppt/ convertisseur cuk/ </w:t>
            </w:r>
          </w:p>
        </w:tc>
      </w:tr>
    </w:tbl>
    <w:p>
      <w:pPr>
        <w:pStyle w:val="Heading3"/>
      </w:pPr>
      <w:r>
        <w:t>Résumé :</w:t>
      </w:r>
    </w:p>
    <w:p>
      <w:r>
        <w:t>L'optimisation d'énergie générée par un module photovoltaïque reste encore un sujet d'étude attrayant pour les chercheurs, les travaux de recherche présentés dans cette thèse s'inscrivent dans le cadre d'optimisation d'énergie photovoltaïque utilisé dans les zones agricoles.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