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pollution par les pesticides sur la qualité des terres agricoles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Tahar; Wafa/ Bordjiba, Ouahiba/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triticum durum/ sol/ pesticides/ fertilité/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thèse est  l'estimation de l'impact de l'emploi répété de trois doses(dose au champ, 1/5ème de la dose au champ et 10 fois la dose au champ) de trois pesticides(hymexazole, prométryne, deltaméthrine) sur la fertilité du sol. La  qualité du sol a été évaluée grâce à trois approches méthodologiques, chimiques, biologiques et biochimiques. Nous avons choisi des indicateurs  et des bioindicateurs simples et composites(éléments nutritifs majeurs et secondaires, matière organique, rapport C/N, biomasse microbienne, quotient respiratoire, enzymes de fertilité). L'approche biochimique a été étendue à la qualité de la plante (Triticum durum)afin de vérifier l'effet du sol traité sur la  croissance au travers de quelques biomarqueurs biochimiques (pigments chlorophylliens, protéines solubles totales, glucides solubles, proline).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