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Micro-caractérisation de matériaux et composants via les dispersions fréquentielles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Nebti; Djamila/ Hadjoub, Zahia/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dispersion fréquentielle/ mesfetgaas/ permittivité complexe/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traite la dispersion fréquentielle des paramètres de sortie en l'occurrence: la capacité et la réactance, dans les MESFETsGaAs. Le concept de permittivité diélectrique complexe a été utilisé pour proposer un modèle qui tient compte des pertes de conductionen fonction de la fréquence dans les matériaux semi-conducteurs.Nous avons montré que le maximum de dispersion se produitautour des fréquences de relaxation dans les zones dépeuplées à la région d'interface. Ainsi, une relation importante qui exprime la fréquence de réponsedes pièges en fonction de la conductance du canal et des fréquences de relaxation diélectrique a été établie.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