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phlébotomes vecteurs de leishmaniose dans la région de Biskra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Zeroual; Samir/ Boudjelida, Hamid/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leishmaniose/ les phlébotomes/ étude épidémiologique/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phlébotomes ont un rôle épidémiologique important en tant que vecteur de plusieurs agents pathogènes affectant les animaux en général et l’homme en particulier. A cet effet, le présent travail a été orienté a l’établissement d’un inventaire faunistique des phlébotomes et leurs répartition spatio-temporelle dans plusieurs stations dans la région de Biskra (Nord-Est de l'Algérie aux portes du Sahara), durant la période de Mai 2012 à Avril 2013.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