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Elliptiques La methdde de decomposition du domaaine pour les inquation quasi_varira tionnlles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Beggas; Mohammed/ Haiour,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erreur6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methode de schwarz/ Inéquation quasi-variationnelle elliptique/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concerne l'étude d'une classe des inéquations quasi- variationnelles généralisées dans le sens où le second membre et l'obstacle dépendent de la solution, en appliquantla méthode de décomposition en deux sous- domaines sans recouvrement.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