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numerique des inequations variationnelles parabolique sappliquees finace finace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MAD; Sofiane/ Bouras, Mohamed Chérif/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Option américaine/ Inéquation Variationnelle Parabolique/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 objectif de notre travail est la présentation de cet méthode pour le cas des  éléments finis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