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Navigation et Localisation de la Position d'un Handicapé Moteur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Derradji; Nada/ Bousbia, salah Mounir/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fauteuil roulant/ les systèmes de navigation/ la localisation de la position/ </w:t>
            </w:r>
          </w:p>
        </w:tc>
      </w:tr>
    </w:tbl>
    <w:p>
      <w:pPr>
        <w:pStyle w:val="Heading3"/>
      </w:pPr>
      <w:r>
        <w:t>Résumé :</w:t>
      </w:r>
    </w:p>
    <w:p>
      <w:r>
        <w:t>Notre contribution dans cette thèse est d’une part l'amélioration d’un système de localisation d’un fauteuil roulant électrique avec des architectures de fusion des données multi-capteurs à base du filtre de Kalman. Les résultats de la simulation montrent que l’algorithme MF reproduit fidèlement le comportement du système non-linéaire d’un manière stable. D’autre part, l’analyse des autres types de filtrage a été considérée,particulièrement, le filtre de Kalman étendu et ses limitations, tout en abordant des méthodes déterministes y compris celle utilisant le filtre de Kalman non parfumé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