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approximations dans l'analyse stochastique des systèmes de files d'attente avec rappels et multiserveurs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Zidani; Nesrine/ Djellab, Natalia/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Extrapolation/ Abandon/ Troncature/ Condition d'ergodicité/ </w:t>
            </w:r>
          </w:p>
        </w:tc>
      </w:tr>
    </w:tbl>
    <w:p>
      <w:pPr>
        <w:pStyle w:val="Heading3"/>
      </w:pPr>
      <w:r>
        <w:t>Résumé :</w:t>
      </w:r>
    </w:p>
    <w:p>
      <w:r>
        <w:t>: Dans ce travail, nous nous sommes intéressés à l'étude d'un système de files d'attente M/M/C/K avec abandons exponentiels auquel les clients positifs et négatifs arrivent selon des processus de Poisson. Ce modèle est d'un intérêt pratique: il peut être utilisé pour analyser les performances dans les centres d'appels et les systèmes de contact par courrier électronique. Pour le modèle étudié, nous trouvons les conditions d'ergodicité et aussi la solution approximative en utilisant des méthodes de Troncation Finie et Extrapolation de Valeur. Nous présentons des résultats numériques pour examiner la performance de la méthode d'Extrapolation de Valeur ainsi que la performance du système.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