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Posidonia oceanica (L) delile, bioindicateur de la pollution métallique du  golfe d' annaba (Nord Est Algérien).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Boutabia Trea; Saliha/ Bensouilah, Mourade/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anthropisation/ élément trace métallique/ golfe d' annaba/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 la Méditerranée Posidonia oceanica.  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