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Ecologie, distribution géographique des characées en numidie (Nord-est algérien) et leur rôle bioindicateur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Abdelkassa zouaidia; Hanene/ Benslama,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distribution géographique/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41 zones humides de Numidie (NE Algérie) ont fait l’objet d’inventaires des  Characeae et de mesures physico-chimiques de l’eau durant 4 années (2007  -2011). Parmi les 12 espèces recensées dans la région, quatre sont rares à l’échelle de l’Afrique du Nord et une, Nitella batrachosperma  s’avère nouvelle pour l’Algérie.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