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Histoire de la végétation de l'est algérien analyse paléopalynologique des histosols du Djebel El Ghorra wilaya d' El Taref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Youbi; Mustapha/ Benslama,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dynamique végétale/ el ghorra/ paléo palynologie/ </w:t>
            </w:r>
          </w:p>
        </w:tc>
      </w:tr>
    </w:tbl>
    <w:p>
      <w:pPr>
        <w:pStyle w:val="Heading3"/>
      </w:pPr>
      <w:r>
        <w:t>Résumé :</w:t>
      </w:r>
    </w:p>
    <w:p>
      <w:r>
        <w:t>L'étude vise la reconstitution de la dynamique végétale au niveau du Djebel El-Ghorra situé au parc national d'El-Kala. Les diagrammes sporo-polliniques issus des deux sites de Aïn-Boubrous  et de Kodiet H'sen reflètent une chênaie mixte permutant entre phases de densification et phases d'ouverture. 180803/16 180804/16 180805/16 180806/16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