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Produits de pulvérisation cathodique magnétron d'alliages légers à base d'aluminium caractérisations microstructurales et physicochimiques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Mokhtari; Majda/ Saker, Abdelhamid/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couches minces/ alliage d'aluminium/ pvd/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de thèse porte sur l'étude structurale, électrique et magnétique de couches minces Al1-x-Mnx brutes d'élaboration et traitées thermiquement à 500 °C. Les alliages binaires aluminium-manganèse avec des concentrations de 10 jusqu'à 41 at.% Mn, ont été élaborés par co-pulvérisation cathodique magnétron (DC) à partir de cibles pures dans une atmosphère d'argon à basse pression.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