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parasitaire des Cyprinidés du lac Oubeira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Brahmia; Sarra/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lac oubeira/ parasitisme/ cyprinidae/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la biologie et le parasitisme chez deux espèces rattachées à la famille de Cyprinidae(Cyprinus carpio et Barbus callensis) péchées dans le lac Oubeira.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