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Dégradation sonochimique, plasmachimique et photolytique du colorant anthraquinonique "C.I. Acid Blue 25" dans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Ghodbane; Houria/ Hamdaoui, Oualid/ Universite Badji Mokhter/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procédés d'oxydation avancé/ acid blue 25/ colorant anthraquinon/ </w:t>
            </w:r>
          </w:p>
        </w:tc>
      </w:tr>
    </w:tbl>
    <w:p>
      <w:pPr>
        <w:pStyle w:val="Heading3"/>
      </w:pPr>
      <w:r>
        <w:t>Résumé :</w:t>
      </w:r>
    </w:p>
    <w:p>
      <w:r>
        <w:t>Ce travail est consacré à l'étude de l'élimination d'un colorant anthraquinonique modèle, Acid Blue 25 (AB25), en phase aqueuse par diverses techniques d'oxydation avancées utilisant des ultrasons de haute fréquence (1700 kHz), des irradiations ultraviolettes et des décharges luminescentes à courant continu.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