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l'amelioration du rendement de la fermentation alcoolique par esterification enzymatique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Nabila/ Djeghaba, M.Z./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Réseme en français englais arabe</w:t>
            </w:r>
          </w:p>
        </w:tc>
      </w:tr>
      <w:tr>
        <w:trPr>
          <w:trHeight w:val="567"/>
        </w:trPr>
        <w:tc>
          <w:tcPr>
            <w:tcW w:type="dxa" w:w="3000"/>
          </w:tcPr>
          <w:p>
            <w:r>
              <w:t>Diplôme</w:t>
            </w:r>
          </w:p>
        </w:tc>
        <w:tc>
          <w:tcPr>
            <w:tcW w:type="dxa" w:w="7000"/>
          </w:tcPr>
          <w:p>
            <w:r>
              <w:t>Chimie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fermentation/ saccharomyces cerevisiae/ éthanol/ lipase/ </w:t>
            </w:r>
          </w:p>
        </w:tc>
      </w:tr>
    </w:tbl>
    <w:p>
      <w:pPr>
        <w:pStyle w:val="Heading3"/>
      </w:pPr>
      <w:r>
        <w:t>Résumé :</w:t>
      </w:r>
    </w:p>
    <w:p>
      <w:r>
        <w:t>Cette étude rentre dans le cadre de l'application des méthodes biocatalytiques pour la valorisation de déchets organiques tels que les rejets de laiteries (lactosérum), les déchets de l'industrie dattière (rebut de dattes), en particulier comme substrats dans la fermentation alcoolique par la levure Saccharomyces cerevisiae.Les résultats préliminaires obtenus dans notre laboratoire, nous ont encouragés à rechercher des méthodes permettant de lever l'inhibition de la levure provoquée par l'éthanol produit par la réaction.Nous nous sommes alors intéressés à la possibilité de piéger l'éthanol produit par le processus fermentaire, par estérification enzymatique.Le présent travail décrit la recherche des conditions permettant d'estérifier l'éthanol formé à l'aide d'un acide carboxylique et d'une hydrolase. Nous avons alors recherché les conditions optimales en particulier en étudiant l'influence de la nature de l'acide carboxylique et de celle de l'enzyme sur la fermentation par Saccharomyces cerevisiae. Pour ce faire, un certain nombre d'acides carboxyliques, d'enzymes et de solvants ont été testés.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