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des passereaux nicheurs dans le Nord-Est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Bensouilah; Taqiyeddine/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guelma/ biogéographie/ fringillidae/ sympatrique/ phénologie de reproduction/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Guelma, Nord-est de l'Algérie, durant la période 2012-2014. Le suivi de l'avifaune de cette région a permis de caractériser le peuplement avien sur plusieurs plans. Nous avons recensé 91 espèces structurées en 30 familles avec 47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