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methodes de resolution des problemes d' optimisation non lineaire sans contraintes de petite et moyenne taille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Hebhoub; Fahima/ Benzine,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non linear uncontrained optimasation/ steepest descent method/ epsilon algorithm./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nous avons traité les problèmes d'optimisation non linéaire sans contraintes où nous avons étudié le rôle important de la méthode BFGS pour résoudre de tels problèmes ; ensuite nous avons détaillé une autre méthode qui modifie BFGS en approximant le gradient aussi.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