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mathematique et numerique d' un capteur stockeur d' energie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Ammar/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numérique/ énergie solaire/ étang solaire/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L' étang solaire est un dispositif qui consiste à collecter et stocker l' énergie solaire à l' aide d'un gradient de salinité ( sel dissout dans l' eau à concentration imposée). Cet étange est formé de trois zones stratifiées.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